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240"/>
        <w:jc w:val="center"/>
      </w:pPr>
      <w:r>
        <w:rPr>
          <w:rFonts w:ascii="Arial" w:hAnsi="Arial"/>
        </w:rPr>
        <w:drawing>
          <wp:inline xmlns:a="http://schemas.openxmlformats.org/drawingml/2006/main" xmlns:pic="http://schemas.openxmlformats.org/drawingml/2006/picture">
            <wp:extent cx="6355080" cy="1122280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asc_leave_header.png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355080" cy="112228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260" w:line="240" w:lineRule="auto"/>
        <w:ind w:left="29"/>
      </w:pPr>
      <w:r>
        <w:rPr>
          <w:rFonts w:ascii="Arial" w:hAnsi="Arial"/>
          <w:b/>
          <w:sz w:val="21"/>
        </w:rPr>
        <w:t>DATE :-</w:t>
      </w:r>
      <w:r>
        <w:rPr>
          <w:rFonts w:ascii="Arial" w:hAnsi="Arial"/>
          <w:sz w:val="21"/>
        </w:rPr>
        <w:t xml:space="preserve"> 14/08/2026</w:t>
      </w:r>
    </w:p>
    <w:p>
      <w:pPr>
        <w:spacing w:after="260" w:line="240" w:lineRule="auto"/>
        <w:ind w:left="29"/>
      </w:pPr>
      <w:r>
        <w:rPr>
          <w:rFonts w:ascii="Arial" w:hAnsi="Arial"/>
          <w:b/>
          <w:sz w:val="21"/>
        </w:rPr>
        <w:t>Employee Name :-</w:t>
      </w:r>
      <w:r>
        <w:rPr>
          <w:rFonts w:ascii="Arial" w:hAnsi="Arial"/>
          <w:sz w:val="21"/>
        </w:rPr>
        <w:t xml:space="preserve"> Hitesh Rawat</w:t>
      </w:r>
    </w:p>
    <w:p>
      <w:pPr>
        <w:spacing w:after="260" w:line="240" w:lineRule="auto"/>
        <w:ind w:left="29"/>
      </w:pPr>
      <w:r>
        <w:rPr>
          <w:rFonts w:ascii="Arial" w:hAnsi="Arial"/>
          <w:b/>
          <w:sz w:val="21"/>
        </w:rPr>
      </w:r>
      <w:r>
        <w:rPr>
          <w:rFonts w:ascii="Arial" w:hAnsi="Arial"/>
          <w:b/>
          <w:sz w:val="21"/>
        </w:rPr>
        <w:t>Department :- IT</w:t>
      </w:r>
    </w:p>
    <w:p>
      <w:pPr>
        <w:spacing w:after="260" w:line="240" w:lineRule="auto"/>
        <w:ind w:left="29"/>
      </w:pPr>
      <w:r>
        <w:rPr>
          <w:rFonts w:ascii="Arial" w:hAnsi="Arial"/>
          <w:b/>
          <w:sz w:val="21"/>
        </w:rPr>
        <w:t>Reason for Requested Leave :-</w:t>
      </w:r>
      <w:r>
        <w:rPr>
          <w:rFonts w:ascii="Arial" w:hAnsi="Arial"/>
          <w:sz w:val="21"/>
        </w:rPr>
        <w:t xml:space="preserve"> Due to medical emergency</w:t>
      </w:r>
    </w:p>
    <w:p>
      <w:pPr>
        <w:spacing w:after="80" w:line="240" w:lineRule="auto"/>
        <w:ind w:left="29"/>
      </w:pPr>
      <w:r>
        <w:rPr>
          <w:rFonts w:ascii="Arial" w:hAnsi="Arial"/>
          <w:b/>
          <w:sz w:val="21"/>
        </w:rPr>
        <w:t>Dates Requested: - FROM: -</w:t>
      </w:r>
      <w:r>
        <w:rPr>
          <w:rFonts w:ascii="Arial" w:hAnsi="Arial"/>
          <w:sz w:val="21"/>
        </w:rPr>
        <w:t xml:space="preserve"> 14/08/2026</w:t>
      </w:r>
    </w:p>
    <w:p>
      <w:pPr>
        <w:spacing w:after="200" w:line="240" w:lineRule="auto"/>
        <w:ind w:left="2232"/>
      </w:pPr>
      <w:r>
        <w:rPr>
          <w:rFonts w:ascii="Arial" w:hAnsi="Arial"/>
          <w:b/>
          <w:sz w:val="21"/>
        </w:rPr>
        <w:t>TO: -</w:t>
      </w:r>
      <w:r>
        <w:rPr>
          <w:rFonts w:ascii="Arial" w:hAnsi="Arial"/>
          <w:sz w:val="21"/>
        </w:rPr>
        <w:t xml:space="preserve"> 14/08/2026</w:t>
      </w:r>
    </w:p>
    <w:p>
      <w:pPr>
        <w:spacing w:after="360" w:line="240" w:lineRule="auto"/>
        <w:ind w:left="1123"/>
      </w:pPr>
      <w:r>
        <w:rPr>
          <w:rFonts w:ascii="Arial" w:hAnsi="Arial"/>
          <w:b/>
          <w:sz w:val="21"/>
        </w:rPr>
        <w:t>NO. OF DAYS: -</w:t>
      </w:r>
      <w:r>
        <w:rPr>
          <w:rFonts w:ascii="Arial" w:hAnsi="Arial"/>
          <w:sz w:val="21"/>
        </w:rPr>
        <w:t xml:space="preserve"> 1</w:t>
      </w:r>
    </w:p>
    <w:p>
      <w:pPr>
        <w:spacing w:after="300" w:line="240" w:lineRule="auto"/>
        <w:ind w:left="29"/>
      </w:pPr>
      <w:r>
        <w:rPr>
          <w:rFonts w:ascii="Arial" w:hAnsi="Arial"/>
          <w:b/>
          <w:sz w:val="21"/>
        </w:rPr>
        <w:t>Handing over work to (with sign) –</w:t>
      </w:r>
    </w:p>
    <w:p>
      <w:pPr>
        <w:spacing w:after="300" w:line="240" w:lineRule="auto"/>
        <w:ind w:left="29"/>
      </w:pPr>
      <w:r>
        <w:rPr>
          <w:rFonts w:ascii="Arial" w:hAnsi="Arial"/>
          <w:b/>
          <w:sz w:val="21"/>
        </w:rPr>
        <w:t>Employee Sign -</w:t>
      </w:r>
    </w:p>
    <w:p>
      <w:pPr>
        <w:spacing w:after="300" w:line="240" w:lineRule="auto"/>
        <w:ind w:left="29"/>
      </w:pPr>
      <w:r>
        <w:rPr>
          <w:rFonts w:ascii="Arial" w:hAnsi="Arial"/>
          <w:b/>
          <w:sz w:val="21"/>
        </w:rPr>
        <w:t>Reporting Manager Sign -</w:t>
      </w:r>
    </w:p>
    <w:p>
      <w:pPr>
        <w:spacing w:after="0" w:line="240" w:lineRule="auto"/>
        <w:ind w:left="29"/>
      </w:pPr>
      <w:r>
        <w:rPr>
          <w:rFonts w:ascii="Arial" w:hAnsi="Arial"/>
          <w:b/>
          <w:sz w:val="21"/>
        </w:rPr>
        <w:t>HR ADMIN Sign -</w:t>
      </w:r>
    </w:p>
    <w:sectPr w:rsidR="00FC693F" w:rsidRPr="0006063C" w:rsidSect="00034616">
      <w:pgSz w:w="11909" w:h="16834"/>
      <w:pgMar w:top="504" w:right="1080" w:bottom="792" w:left="108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